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390" w:lineRule="atLeast" w:before="0" w:after="100"/>
        <w:jc w:val="center"/>
      </w:pPr>
      <w:r>
        <w:rPr>
          <w:rFonts w:ascii="宋体" w:hAnsi="宋体" w:eastAsia="宋体"/>
          <w:spacing w:val="15"/>
          <w:sz w:val="24"/>
        </w:rPr>
        <w:t>企业事业单位突发环境事件应急预案备案表</w:t>
      </w:r>
    </w:p>
    <w:tbl>
      <w:tblPr>
        <w:tblStyle w:val="TableGrid"/>
        <w:tblLook w:firstColumn="1" w:firstRow="1" w:lastColumn="0" w:lastRow="0" w:noHBand="0" w:noVBand="1" w:val="04A0"/>
        <w:tblW w:w="9097" w:type="dxa"/>
        <w:jc w:val="center"/>
        <w:tblInd w:w="0" w:type="dxa"/>
        <w:tblLayout w:type="fixed"/>
        <w:tblCellMar>
          <w:top w:w="0" w:type="dxa"/>
          <w:start w:w="108" w:type="dxa"/>
          <w:bottom w:w="0" w:type="dxa"/>
          <w:end w:w="108" w:type="dxa"/>
        </w:tblCellMar>
      </w:tblPr>
      <w:tblGrid>
        <w:gridCol w:w="1322"/>
        <w:gridCol w:w="3430"/>
        <w:gridCol w:w="1395"/>
        <w:gridCol w:w="2950"/>
      </w:tblGrid>
      <w:tr>
        <w:trPr>
          <w:trHeight w:val="935" w:hRule="atLeast"/>
        </w:trPr>
        <w:tc>
          <w:tcPr>
            <w:tcW w:type="dxa" w:w="1322"/>
            <w:vAlign w:val="center"/>
          </w:tcPr>
          <w:p>
            <w:pPr>
              <w:spacing/>
              <w:jc w:val="center"/>
            </w:pPr>
            <w:r/>
            <w:r>
              <w:rPr>
                <w:rFonts w:ascii="Times New Roman" w:hAnsi="Times New Roman" w:eastAsia="宋体"/>
                <w:sz w:val="21"/>
              </w:rPr>
              <w:t>单位名称</w:t>
            </w:r>
          </w:p>
        </w:tc>
        <w:tc>
          <w:tcPr>
            <w:tcW w:type="dxa" w:w="3430"/>
            <w:vAlign w:val="center"/>
          </w:tcPr>
          <w:p>
            <w:pPr>
              <w:spacing/>
              <w:jc w:val="center"/>
            </w:pPr>
            <w:r/>
            <w:r>
              <w:rPr>
                <w:rFonts w:ascii="Times New Roman" w:hAnsi="Times New Roman" w:eastAsia="宋体"/>
                <w:sz w:val="21"/>
              </w:rPr>
              <w:t>泰安示例新材料科技有限公司</w:t>
            </w:r>
          </w:p>
        </w:tc>
        <w:tc>
          <w:tcPr>
            <w:tcW w:type="dxa" w:w="1395"/>
            <w:vAlign w:val="center"/>
          </w:tcPr>
          <w:p>
            <w:pPr>
              <w:spacing/>
              <w:jc w:val="center"/>
            </w:pPr>
            <w:r/>
            <w:r>
              <w:rPr>
                <w:rFonts w:ascii="Times New Roman" w:hAnsi="Times New Roman" w:eastAsia="宋体"/>
                <w:sz w:val="21"/>
              </w:rPr>
              <w:t>机构代码</w:t>
            </w:r>
          </w:p>
        </w:tc>
        <w:tc>
          <w:tcPr>
            <w:tcW w:type="dxa" w:w="2950"/>
            <w:vAlign w:val="center"/>
          </w:tcPr>
          <w:p>
            <w:pPr>
              <w:spacing/>
              <w:jc w:val="center"/>
            </w:pPr>
            <w:r/>
            <w:r>
              <w:rPr>
                <w:rFonts w:ascii="Times New Roman" w:hAnsi="Times New Roman" w:eastAsia="宋体"/>
                <w:sz w:val="21"/>
              </w:rPr>
              <w:t>91370911MA3XXXXXXX</w:t>
            </w:r>
          </w:p>
        </w:tc>
      </w:tr>
      <w:tr>
        <w:trPr>
          <w:trHeight w:val="912" w:hRule="atLeast"/>
        </w:trPr>
        <w:tc>
          <w:tcPr>
            <w:tcW w:type="dxa" w:w="1322"/>
            <w:vAlign w:val="center"/>
          </w:tcPr>
          <w:p>
            <w:pPr>
              <w:spacing/>
              <w:jc w:val="center"/>
            </w:pPr>
            <w:r/>
            <w:r>
              <w:rPr>
                <w:rFonts w:ascii="Times New Roman" w:hAnsi="Times New Roman" w:eastAsia="宋体"/>
                <w:sz w:val="21"/>
              </w:rPr>
              <w:t>法定代表人</w:t>
            </w:r>
          </w:p>
        </w:tc>
        <w:tc>
          <w:tcPr>
            <w:tcW w:type="dxa" w:w="3430"/>
            <w:vAlign w:val="center"/>
          </w:tcPr>
          <w:p>
            <w:pPr>
              <w:spacing/>
              <w:jc w:val="center"/>
            </w:pPr>
            <w:r/>
            <w:r>
              <w:rPr>
                <w:rFonts w:ascii="Times New Roman" w:hAnsi="Times New Roman" w:eastAsia="宋体"/>
                <w:sz w:val="21"/>
              </w:rPr>
              <w:t>李某某</w:t>
            </w:r>
          </w:p>
        </w:tc>
        <w:tc>
          <w:tcPr>
            <w:tcW w:type="dxa" w:w="1395"/>
            <w:vAlign w:val="center"/>
          </w:tcPr>
          <w:p>
            <w:pPr>
              <w:spacing/>
              <w:jc w:val="center"/>
            </w:pPr>
            <w:r/>
            <w:r>
              <w:rPr>
                <w:rFonts w:ascii="Times New Roman" w:hAnsi="Times New Roman" w:eastAsia="宋体"/>
                <w:sz w:val="21"/>
              </w:rPr>
              <w:t>联系电话</w:t>
            </w:r>
          </w:p>
        </w:tc>
        <w:tc>
          <w:tcPr>
            <w:tcW w:type="dxa" w:w="2950"/>
            <w:vAlign w:val="center"/>
          </w:tcPr>
          <w:p>
            <w:pPr>
              <w:spacing/>
              <w:jc w:val="center"/>
            </w:pPr>
            <w:r/>
            <w:r>
              <w:rPr>
                <w:rFonts w:ascii="Times New Roman" w:hAnsi="Times New Roman" w:eastAsia="宋体"/>
                <w:sz w:val="21"/>
              </w:rPr>
              <w:t>0538-866XXXX</w:t>
            </w:r>
          </w:p>
        </w:tc>
      </w:tr>
      <w:tr>
        <w:trPr>
          <w:trHeight w:val="912" w:hRule="atLeast"/>
        </w:trPr>
        <w:tc>
          <w:tcPr>
            <w:tcW w:type="dxa" w:w="1322"/>
            <w:vAlign w:val="center"/>
          </w:tcPr>
          <w:p>
            <w:pPr>
              <w:spacing/>
              <w:jc w:val="center"/>
            </w:pPr>
            <w:r/>
            <w:r>
              <w:rPr>
                <w:rFonts w:ascii="Times New Roman" w:hAnsi="Times New Roman" w:eastAsia="宋体"/>
                <w:sz w:val="21"/>
              </w:rPr>
              <w:t>联系人</w:t>
            </w:r>
          </w:p>
        </w:tc>
        <w:tc>
          <w:tcPr>
            <w:tcW w:type="dxa" w:w="3430"/>
            <w:vAlign w:val="center"/>
          </w:tcPr>
          <w:p>
            <w:pPr>
              <w:spacing/>
              <w:jc w:val="center"/>
            </w:pPr>
            <w:r/>
            <w:r>
              <w:rPr>
                <w:rFonts w:ascii="Times New Roman" w:hAnsi="Times New Roman" w:eastAsia="宋体"/>
                <w:sz w:val="21"/>
              </w:rPr>
              <w:t>张某某</w:t>
            </w:r>
          </w:p>
        </w:tc>
        <w:tc>
          <w:tcPr>
            <w:tcW w:type="dxa" w:w="1395"/>
            <w:vAlign w:val="center"/>
          </w:tcPr>
          <w:p>
            <w:pPr>
              <w:spacing/>
              <w:jc w:val="center"/>
            </w:pPr>
            <w:r/>
            <w:r>
              <w:rPr>
                <w:rFonts w:ascii="Times New Roman" w:hAnsi="Times New Roman" w:eastAsia="宋体"/>
                <w:sz w:val="21"/>
              </w:rPr>
              <w:t>联系电话</w:t>
            </w:r>
          </w:p>
        </w:tc>
        <w:tc>
          <w:tcPr>
            <w:tcW w:type="dxa" w:w="2950"/>
            <w:vAlign w:val="center"/>
          </w:tcPr>
          <w:p>
            <w:pPr>
              <w:spacing/>
              <w:jc w:val="center"/>
            </w:pPr>
            <w:r/>
            <w:r>
              <w:rPr>
                <w:rFonts w:ascii="Times New Roman" w:hAnsi="Times New Roman" w:eastAsia="宋体"/>
                <w:sz w:val="21"/>
              </w:rPr>
              <w:t>13700000012</w:t>
            </w:r>
          </w:p>
        </w:tc>
      </w:tr>
      <w:tr>
        <w:trPr>
          <w:trHeight w:val="912" w:hRule="atLeast"/>
        </w:trPr>
        <w:tc>
          <w:tcPr>
            <w:tcW w:type="dxa" w:w="1322"/>
            <w:vAlign w:val="center"/>
          </w:tcPr>
          <w:p>
            <w:pPr>
              <w:spacing/>
              <w:jc w:val="center"/>
            </w:pPr>
            <w:r/>
            <w:r>
              <w:rPr>
                <w:rFonts w:ascii="Times New Roman" w:hAnsi="Times New Roman" w:eastAsia="宋体"/>
                <w:sz w:val="21"/>
              </w:rPr>
              <w:t>传　真</w:t>
            </w:r>
          </w:p>
        </w:tc>
        <w:tc>
          <w:tcPr>
            <w:tcW w:type="dxa" w:w="3430"/>
            <w:vAlign w:val="center"/>
          </w:tcPr>
          <w:p>
            <w:pPr>
              <w:spacing/>
              <w:jc w:val="center"/>
            </w:pPr>
            <w:r/>
            <w:r>
              <w:rPr>
                <w:rFonts w:ascii="Times New Roman" w:hAnsi="Times New Roman" w:eastAsia="宋体"/>
                <w:sz w:val="21"/>
              </w:rPr>
              <w:t>/</w:t>
            </w:r>
          </w:p>
        </w:tc>
        <w:tc>
          <w:tcPr>
            <w:tcW w:type="dxa" w:w="1395"/>
            <w:vAlign w:val="center"/>
          </w:tcPr>
          <w:p>
            <w:pPr>
              <w:spacing/>
              <w:jc w:val="center"/>
            </w:pPr>
            <w:r/>
            <w:r>
              <w:rPr>
                <w:rFonts w:ascii="Times New Roman" w:hAnsi="Times New Roman" w:eastAsia="宋体"/>
                <w:sz w:val="21"/>
              </w:rPr>
              <w:t>电子邮箱</w:t>
            </w:r>
          </w:p>
        </w:tc>
        <w:tc>
          <w:tcPr>
            <w:tcW w:type="dxa" w:w="2950"/>
            <w:vAlign w:val="center"/>
          </w:tcPr>
          <w:p>
            <w:pPr>
              <w:spacing/>
              <w:jc w:val="center"/>
            </w:pPr>
            <w:r/>
            <w:r>
              <w:rPr>
                <w:rFonts w:ascii="Times New Roman" w:hAnsi="Times New Roman" w:eastAsia="宋体"/>
                <w:sz w:val="21"/>
              </w:rPr>
              <w:t>/</w:t>
            </w:r>
          </w:p>
        </w:tc>
      </w:tr>
      <w:tr>
        <w:trPr>
          <w:trHeight w:val="912" w:hRule="atLeast"/>
        </w:trPr>
        <w:tc>
          <w:tcPr>
            <w:tcW w:type="dxa" w:w="1322"/>
            <w:vAlign w:val="center"/>
          </w:tcPr>
          <w:p>
            <w:pPr>
              <w:spacing/>
              <w:jc w:val="center"/>
            </w:pPr>
            <w:r/>
            <w:r>
              <w:rPr>
                <w:rFonts w:ascii="Times New Roman" w:hAnsi="Times New Roman" w:eastAsia="宋体"/>
                <w:sz w:val="21"/>
              </w:rPr>
              <w:t>地址</w:t>
            </w:r>
          </w:p>
        </w:tc>
        <w:tc>
          <w:tcPr>
            <w:tcW w:type="dxa" w:w="7775"/>
            <w:gridSpan w:val="3"/>
            <w:vAlign w:val="center"/>
          </w:tcPr>
          <w:p>
            <w:pPr>
              <w:spacing/>
              <w:jc w:val="center"/>
            </w:pPr>
            <w:r/>
            <w:r>
              <w:rPr>
                <w:rFonts w:ascii="Times New Roman" w:hAnsi="Times New Roman" w:eastAsia="宋体"/>
                <w:sz w:val="21"/>
              </w:rPr>
              <w:t>山东省泰安市岱岳区某工业园区兴业路18号</w:t>
            </w:r>
          </w:p>
        </w:tc>
      </w:tr>
      <w:tr>
        <w:trPr>
          <w:trHeight w:val="912" w:hRule="atLeast"/>
        </w:trPr>
        <w:tc>
          <w:tcPr>
            <w:tcW w:type="dxa" w:w="1322"/>
            <w:vAlign w:val="center"/>
          </w:tcPr>
          <w:p>
            <w:pPr>
              <w:spacing/>
              <w:jc w:val="center"/>
            </w:pPr>
            <w:r/>
            <w:r>
              <w:rPr>
                <w:rFonts w:ascii="Times New Roman" w:hAnsi="Times New Roman" w:eastAsia="宋体"/>
                <w:sz w:val="21"/>
              </w:rPr>
              <w:t>预案名称</w:t>
            </w:r>
          </w:p>
        </w:tc>
        <w:tc>
          <w:tcPr>
            <w:tcW w:type="dxa" w:w="7775"/>
            <w:gridSpan w:val="3"/>
            <w:vAlign w:val="center"/>
          </w:tcPr>
          <w:p>
            <w:pPr>
              <w:spacing/>
              <w:jc w:val="center"/>
            </w:pPr>
            <w:r/>
            <w:r>
              <w:rPr>
                <w:rFonts w:ascii="Times New Roman" w:hAnsi="Times New Roman" w:eastAsia="宋体"/>
                <w:sz w:val="21"/>
              </w:rPr>
              <w:t>泰安示例新材料科技有限公司突发环境事件应急预案</w:t>
            </w:r>
          </w:p>
        </w:tc>
      </w:tr>
      <w:tr>
        <w:trPr>
          <w:trHeight w:val="912" w:hRule="atLeast"/>
        </w:trPr>
        <w:tc>
          <w:tcPr>
            <w:tcW w:type="dxa" w:w="1322"/>
            <w:vAlign w:val="center"/>
          </w:tcPr>
          <w:p>
            <w:pPr>
              <w:spacing/>
              <w:jc w:val="center"/>
            </w:pPr>
            <w:r/>
            <w:r>
              <w:rPr>
                <w:rFonts w:ascii="Times New Roman" w:hAnsi="Times New Roman" w:eastAsia="宋体"/>
                <w:sz w:val="21"/>
              </w:rPr>
              <w:t>风险级别</w:t>
            </w:r>
          </w:p>
        </w:tc>
        <w:tc>
          <w:tcPr>
            <w:tcW w:type="dxa" w:w="7775"/>
            <w:gridSpan w:val="3"/>
            <w:vAlign w:val="center"/>
          </w:tcPr>
          <w:p>
            <w:pPr>
              <w:spacing w:before="0" w:after="0"/>
              <w:jc w:val="center"/>
              <w:rPr>
                <w:rFonts w:ascii="Times New Roman" w:hAnsi="Times New Roman" w:cs="Times New Roman" w:eastAsia="宋体"/>
                <w:sz w:val="21"/>
                <w:szCs w:val="21"/>
              </w:rPr>
            </w:pPr>
            <w:r>
              <w:rPr>
                <w:rFonts w:ascii="Times New Roman" w:hAnsi="Times New Roman" w:eastAsia="宋体"/>
                <w:sz w:val="21"/>
              </w:rPr>
              <w:t>重大</w:t>
            </w:r>
          </w:p>
          <w:p>
            <w:pPr>
              <w:spacing w:before="0" w:after="0"/>
              <w:jc w:val="center"/>
              <w:rPr>
                <w:rFonts w:ascii="Times New Roman" w:hAnsi="Times New Roman" w:cs="Times New Roman" w:eastAsia="宋体"/>
                <w:sz w:val="21"/>
                <w:szCs w:val="21"/>
              </w:rPr>
            </w:pPr>
            <w:r>
              <w:rPr>
                <w:rFonts w:ascii="Times New Roman" w:hAnsi="Times New Roman" w:eastAsia="宋体"/>
                <w:sz w:val="21"/>
              </w:rPr>
              <w:t>[重大-大气（Q2-M3-E2）+重大-水（Q2-M2-E1）]</w:t>
            </w:r>
          </w:p>
        </w:tc>
      </w:tr>
      <w:tr>
        <w:trPr>
          <w:trHeight w:val="5718" w:hRule="atLeast"/>
        </w:trPr>
        <w:tc>
          <w:tcPr>
            <w:tcW w:type="dxa" w:w="9097"/>
            <w:gridSpan w:val="4"/>
            <w:vAlign w:val="center"/>
          </w:tcPr>
          <w:p>
            <w:pPr>
              <w:spacing w:before="0" w:after="0"/>
              <w:ind w:firstLine="412"/>
              <w:jc w:val="left"/>
              <w:rPr>
                <w:rFonts w:ascii="Times New Roman" w:hAnsi="Times New Roman" w:cs="Times New Roman" w:eastAsia="宋体"/>
                <w:sz w:val="21"/>
                <w:szCs w:val="21"/>
              </w:rPr>
            </w:pPr>
            <w:r>
              <w:rPr>
                <w:rFonts w:ascii="Times New Roman" w:hAnsi="Times New Roman" w:eastAsia="宋体"/>
                <w:sz w:val="21"/>
              </w:rPr>
              <w:t>本单位于2026年10月9日签署发布了突发环境事件应急预案，备案条件具备，备案文件齐全，现报送备案。</w:t>
            </w:r>
          </w:p>
          <w:p>
            <w:pPr>
              <w:spacing w:before="100" w:after="100"/>
              <w:ind w:firstLine="412"/>
              <w:jc w:val="left"/>
              <w:rPr>
                <w:rFonts w:ascii="Times New Roman" w:hAnsi="Times New Roman" w:cs="Times New Roman" w:eastAsia="宋体"/>
                <w:sz w:val="21"/>
                <w:szCs w:val="21"/>
              </w:rPr>
            </w:pPr>
            <w:r>
              <w:rPr>
                <w:rFonts w:ascii="Times New Roman" w:hAnsi="Times New Roman" w:eastAsia="宋体"/>
                <w:sz w:val="21"/>
              </w:rPr>
              <w:t>本单位承诺，本单位在办理备案中所提供的相关文件及其信息均经本单位确认真实，无虚假，且未隐瞒事实。</w:t>
            </w:r>
          </w:p>
          <w:p>
            <w:pPr>
              <w:spacing w:before="0" w:after="0"/>
              <w:ind w:right="832"/>
              <w:jc w:val="right"/>
            </w:pPr>
            <w:r>
              <w:rPr>
                <w:rFonts w:ascii="Times New Roman" w:hAnsi="Times New Roman" w:eastAsia="宋体"/>
                <w:sz w:val="21"/>
              </w:rPr>
              <w:t>预案制定单位（公章）</w:t>
            </w:r>
          </w:p>
        </w:tc>
      </w:tr>
      <w:tr>
        <w:trPr>
          <w:trHeight w:val="752" w:hRule="atLeast"/>
        </w:trPr>
        <w:tc>
          <w:tcPr>
            <w:tcW w:type="dxa" w:w="1322"/>
            <w:vAlign w:val="center"/>
          </w:tcPr>
          <w:p>
            <w:pPr>
              <w:spacing/>
              <w:jc w:val="center"/>
            </w:pPr>
            <w:r/>
            <w:r>
              <w:rPr>
                <w:rFonts w:ascii="Times New Roman" w:hAnsi="Times New Roman" w:eastAsia="宋体"/>
                <w:sz w:val="21"/>
              </w:rPr>
              <w:t>预案签署人</w:t>
            </w:r>
          </w:p>
        </w:tc>
        <w:tc>
          <w:tcPr>
            <w:tcW w:type="dxa" w:w="3430"/>
            <w:vAlign w:val="center"/>
          </w:tcPr>
          <w:p>
            <w:pPr>
              <w:spacing/>
              <w:jc w:val="center"/>
            </w:pPr>
            <w:r/>
            <w:r>
              <w:rPr>
                <w:rFonts w:ascii="Times New Roman" w:hAnsi="Times New Roman" w:eastAsia="宋体"/>
                <w:sz w:val="21"/>
              </w:rPr>
              <w:t>李某某</w:t>
            </w:r>
          </w:p>
        </w:tc>
        <w:tc>
          <w:tcPr>
            <w:tcW w:type="dxa" w:w="1395"/>
            <w:vAlign w:val="center"/>
          </w:tcPr>
          <w:p>
            <w:pPr>
              <w:spacing/>
              <w:jc w:val="center"/>
            </w:pPr>
            <w:r/>
            <w:r>
              <w:rPr>
                <w:rFonts w:ascii="Times New Roman" w:hAnsi="Times New Roman" w:eastAsia="宋体"/>
                <w:sz w:val="21"/>
              </w:rPr>
              <w:t>报送时间</w:t>
            </w:r>
          </w:p>
        </w:tc>
        <w:tc>
          <w:tcPr>
            <w:tcW w:type="dxa" w:w="2950"/>
            <w:vAlign w:val="center"/>
          </w:tcPr>
          <w:p>
            <w:pPr>
              <w:spacing/>
              <w:jc w:val="center"/>
            </w:pPr>
            <w:r/>
            <w:r>
              <w:rPr>
                <w:rFonts w:ascii="Times New Roman" w:hAnsi="Times New Roman" w:eastAsia="宋体"/>
                <w:sz w:val="21"/>
              </w:rPr>
              <w:t>2026年10月9日</w:t>
            </w:r>
          </w:p>
        </w:tc>
      </w:tr>
    </w:tbl>
    <w:p>
      <w:pPr>
        <w:snapToGrid w:val="0"/>
        <w:spacing w:line="20" w:lineRule="exact" w:before="0" w:after="0"/>
        <w:jc w:val="left"/>
      </w:pPr>
    </w:p>
    <w:tbl>
      <w:tblPr>
        <w:tblStyle w:val="TableGrid"/>
        <w:tblLook w:firstColumn="1" w:firstRow="1" w:lastColumn="0" w:lastRow="0" w:noHBand="0" w:noVBand="1" w:val="04A0"/>
        <w:tblW w:w="8980" w:type="dxa"/>
        <w:jc w:val="center"/>
        <w:tblInd w:w="0" w:type="dxa"/>
        <w:tblLayout w:type="fixed"/>
        <w:tblCellMar>
          <w:top w:w="0" w:type="dxa"/>
          <w:start w:w="108" w:type="dxa"/>
          <w:bottom w:w="0" w:type="dxa"/>
          <w:end w:w="108" w:type="dxa"/>
        </w:tblCellMar>
      </w:tblPr>
      <w:tblGrid>
        <w:gridCol w:w="1291"/>
        <w:gridCol w:w="3066"/>
        <w:gridCol w:w="1613"/>
        <w:gridCol w:w="3009"/>
      </w:tblGrid>
      <w:tr>
        <w:trPr>
          <w:trHeight w:val="4306" w:hRule="atLeast"/>
        </w:trPr>
        <w:tc>
          <w:tcPr>
            <w:tcW w:type="dxa" w:w="1291"/>
            <w:vAlign w:val="center"/>
          </w:tcPr>
          <w:p>
            <w:pPr>
              <w:spacing w:before="0" w:after="0"/>
              <w:jc w:val="center"/>
              <w:rPr>
                <w:rFonts w:ascii="Times New Roman" w:hAnsi="Times New Roman" w:cs="Times New Roman" w:eastAsia="宋体"/>
                <w:sz w:val="21"/>
                <w:szCs w:val="21"/>
              </w:rPr>
            </w:pPr>
            <w:r>
              <w:rPr>
                <w:rFonts w:ascii="Times New Roman" w:hAnsi="Times New Roman" w:eastAsia="宋体"/>
                <w:sz w:val="21"/>
              </w:rPr>
              <w:t>突发环境</w:t>
            </w:r>
          </w:p>
          <w:p>
            <w:pPr>
              <w:spacing w:before="100" w:after="100"/>
              <w:jc w:val="center"/>
              <w:rPr>
                <w:rFonts w:ascii="Times New Roman" w:hAnsi="Times New Roman" w:cs="Times New Roman" w:eastAsia="宋体"/>
                <w:sz w:val="21"/>
                <w:szCs w:val="21"/>
              </w:rPr>
            </w:pPr>
            <w:r>
              <w:rPr>
                <w:rFonts w:ascii="Times New Roman" w:hAnsi="Times New Roman" w:eastAsia="宋体"/>
                <w:sz w:val="21"/>
              </w:rPr>
              <w:t>事件应急</w:t>
            </w:r>
          </w:p>
          <w:p>
            <w:pPr>
              <w:spacing w:before="100" w:after="100"/>
              <w:jc w:val="center"/>
              <w:rPr>
                <w:rFonts w:ascii="Times New Roman" w:hAnsi="Times New Roman" w:cs="Times New Roman" w:eastAsia="宋体"/>
                <w:sz w:val="21"/>
                <w:szCs w:val="21"/>
              </w:rPr>
            </w:pPr>
            <w:r>
              <w:rPr>
                <w:rFonts w:ascii="Times New Roman" w:hAnsi="Times New Roman" w:eastAsia="宋体"/>
                <w:sz w:val="21"/>
              </w:rPr>
              <w:t>预案备案</w:t>
            </w:r>
          </w:p>
          <w:p>
            <w:pPr>
              <w:spacing w:before="0" w:after="0"/>
              <w:jc w:val="center"/>
              <w:rPr>
                <w:rFonts w:ascii="Times New Roman" w:hAnsi="Times New Roman" w:cs="Times New Roman" w:eastAsia="宋体"/>
                <w:sz w:val="21"/>
                <w:szCs w:val="21"/>
              </w:rPr>
            </w:pPr>
            <w:r>
              <w:rPr>
                <w:rFonts w:ascii="Times New Roman" w:hAnsi="Times New Roman" w:eastAsia="宋体"/>
                <w:sz w:val="21"/>
              </w:rPr>
              <w:t>文件目录</w:t>
            </w:r>
          </w:p>
        </w:tc>
        <w:tc>
          <w:tcPr>
            <w:tcW w:type="dxa" w:w="7688"/>
            <w:gridSpan w:val="3"/>
            <w:vAlign w:val="center"/>
          </w:tcPr>
          <w:p>
            <w:pPr>
              <w:spacing w:before="0" w:after="0"/>
              <w:jc w:val="both"/>
            </w:pPr>
            <w:r/>
            <w:r>
              <w:rPr>
                <w:rFonts w:ascii="Times New Roman" w:hAnsi="Times New Roman" w:eastAsia="宋体"/>
                <w:sz w:val="21"/>
              </w:rPr>
              <w:t>1.突发环境事件应急预案备案表；</w:t>
            </w:r>
          </w:p>
          <w:p>
            <w:pPr>
              <w:spacing w:before="100" w:after="100"/>
              <w:jc w:val="both"/>
            </w:pPr>
            <w:r>
              <w:rPr>
                <w:rFonts w:ascii="Times New Roman" w:hAnsi="Times New Roman" w:eastAsia="宋体"/>
                <w:sz w:val="21"/>
              </w:rPr>
              <w:t>2.环境应急预案及编制说明：</w:t>
            </w:r>
          </w:p>
          <w:p>
            <w:pPr>
              <w:snapToGrid w:val="0"/>
              <w:spacing w:before="0" w:after="0"/>
              <w:ind w:firstLine="414"/>
              <w:jc w:val="both"/>
            </w:pPr>
            <w:r>
              <w:rPr>
                <w:rFonts w:ascii="Times New Roman" w:hAnsi="Times New Roman" w:eastAsia="宋体"/>
                <w:sz w:val="21"/>
              </w:rPr>
              <w:t>环境应急预案（签署发布文件、环境应急预案文本）；</w:t>
            </w:r>
          </w:p>
          <w:p>
            <w:pPr>
              <w:snapToGrid w:val="0"/>
              <w:spacing w:before="0" w:after="0"/>
              <w:ind w:firstLine="414"/>
              <w:jc w:val="both"/>
            </w:pPr>
            <w:r>
              <w:rPr>
                <w:rFonts w:ascii="Times New Roman" w:hAnsi="Times New Roman" w:eastAsia="宋体"/>
                <w:sz w:val="21"/>
              </w:rPr>
              <w:t>编制说明（编制过程概述、重点内容说明、征求意见及采纳情况说明、评审情况说明）；</w:t>
            </w:r>
          </w:p>
          <w:p>
            <w:pPr>
              <w:spacing w:before="100" w:after="100"/>
              <w:jc w:val="both"/>
            </w:pPr>
            <w:r>
              <w:rPr>
                <w:rFonts w:ascii="Times New Roman" w:hAnsi="Times New Roman" w:eastAsia="宋体"/>
                <w:sz w:val="21"/>
              </w:rPr>
              <w:t>3.环境风险评估报告；</w:t>
            </w:r>
          </w:p>
          <w:p>
            <w:pPr>
              <w:spacing w:before="100" w:after="100"/>
              <w:jc w:val="both"/>
            </w:pPr>
            <w:r>
              <w:rPr>
                <w:rFonts w:ascii="Times New Roman" w:hAnsi="Times New Roman" w:eastAsia="宋体"/>
                <w:sz w:val="21"/>
              </w:rPr>
              <w:t>4.环境应急资源调查报告；</w:t>
            </w:r>
          </w:p>
          <w:p>
            <w:pPr>
              <w:spacing w:before="0" w:after="0"/>
              <w:jc w:val="both"/>
            </w:pPr>
            <w:r>
              <w:rPr>
                <w:rFonts w:ascii="Times New Roman" w:hAnsi="Times New Roman" w:eastAsia="宋体"/>
                <w:sz w:val="21"/>
              </w:rPr>
              <w:t>5.环境应急预案评审意见。</w:t>
            </w:r>
          </w:p>
        </w:tc>
      </w:tr>
      <w:tr>
        <w:trPr>
          <w:trHeight w:val="2852" w:hRule="atLeast"/>
        </w:trPr>
        <w:tc>
          <w:tcPr>
            <w:tcW w:type="dxa" w:w="1291"/>
            <w:vAlign w:val="center"/>
          </w:tcPr>
          <w:p>
            <w:pPr>
              <w:spacing/>
              <w:jc w:val="center"/>
            </w:pPr>
            <w:r/>
            <w:r>
              <w:rPr>
                <w:rFonts w:ascii="Times New Roman" w:hAnsi="Times New Roman" w:eastAsia="宋体"/>
                <w:sz w:val="21"/>
              </w:rPr>
              <w:t>备案意见</w:t>
            </w:r>
          </w:p>
        </w:tc>
        <w:tc>
          <w:tcPr>
            <w:tcW w:type="dxa" w:w="7688"/>
            <w:gridSpan w:val="3"/>
            <w:vAlign w:val="center"/>
          </w:tcPr>
          <w:p>
            <w:pPr>
              <w:snapToGrid w:val="0"/>
              <w:spacing w:before="0" w:after="0"/>
              <w:ind w:firstLine="412"/>
              <w:jc w:val="left"/>
              <w:rPr>
                <w:rFonts w:ascii="Times New Roman" w:hAnsi="Times New Roman" w:cs="Times New Roman" w:eastAsia="宋体"/>
                <w:sz w:val="21"/>
                <w:szCs w:val="21"/>
              </w:rPr>
            </w:pPr>
            <w:r/>
          </w:p>
          <w:p>
            <w:pPr>
              <w:spacing w:before="100" w:after="100"/>
              <w:ind w:firstLine="412"/>
              <w:jc w:val="left"/>
              <w:rPr>
                <w:rFonts w:ascii="Times New Roman" w:hAnsi="Times New Roman" w:cs="Times New Roman" w:eastAsia="宋体"/>
                <w:sz w:val="21"/>
                <w:szCs w:val="21"/>
              </w:rPr>
            </w:pPr>
            <w:r>
              <w:rPr>
                <w:rFonts w:ascii="Times New Roman" w:hAnsi="Times New Roman" w:eastAsia="宋体"/>
                <w:sz w:val="21"/>
              </w:rPr>
              <w:t>该单位的突发环境事件应急预案备案文件已于　　　年　　月　　日收讫，文件齐全，予以备案。</w:t>
            </w:r>
          </w:p>
          <w:p>
            <w:pPr>
              <w:spacing w:before="100" w:after="100"/>
              <w:ind w:right="416"/>
              <w:jc w:val="right"/>
              <w:rPr>
                <w:rFonts w:ascii="Times New Roman" w:hAnsi="Times New Roman" w:cs="Times New Roman" w:eastAsia="宋体"/>
                <w:sz w:val="21"/>
                <w:szCs w:val="21"/>
              </w:rPr>
            </w:pPr>
          </w:p>
          <w:p>
            <w:pPr>
              <w:spacing w:before="100" w:after="100"/>
              <w:ind w:right="416"/>
              <w:jc w:val="right"/>
              <w:rPr>
                <w:rFonts w:ascii="Times New Roman" w:hAnsi="Times New Roman" w:cs="Times New Roman" w:eastAsia="宋体"/>
                <w:sz w:val="21"/>
                <w:szCs w:val="21"/>
              </w:rPr>
            </w:pPr>
            <w:r>
              <w:rPr>
                <w:rFonts w:ascii="Times New Roman" w:hAnsi="Times New Roman" w:eastAsia="宋体"/>
                <w:sz w:val="21"/>
              </w:rPr>
              <w:t>备案受理部门（公章）</w:t>
            </w:r>
          </w:p>
          <w:p>
            <w:pPr>
              <w:spacing w:before="0" w:after="0"/>
              <w:ind w:right="416"/>
              <w:jc w:val="center"/>
              <w:rPr>
                <w:rFonts w:ascii="Times New Roman" w:hAnsi="Times New Roman" w:cs="Times New Roman" w:eastAsia="宋体"/>
                <w:sz w:val="21"/>
                <w:szCs w:val="21"/>
              </w:rPr>
            </w:pPr>
            <w:r>
              <w:rPr>
                <w:rFonts w:ascii="Times New Roman" w:hAnsi="Times New Roman" w:eastAsia="宋体"/>
                <w:sz w:val="21"/>
              </w:rPr>
              <w:t xml:space="preserve">                                                                    年    月   日</w:t>
            </w:r>
          </w:p>
        </w:tc>
      </w:tr>
      <w:tr>
        <w:trPr>
          <w:trHeight w:val="592" w:hRule="atLeast"/>
        </w:trPr>
        <w:tc>
          <w:tcPr>
            <w:tcW w:type="dxa" w:w="1291"/>
            <w:vAlign w:val="center"/>
          </w:tcPr>
          <w:p>
            <w:pPr>
              <w:spacing/>
              <w:jc w:val="center"/>
            </w:pPr>
            <w:r/>
            <w:r>
              <w:rPr>
                <w:rFonts w:ascii="Times New Roman" w:hAnsi="Times New Roman" w:eastAsia="宋体"/>
                <w:sz w:val="21"/>
              </w:rPr>
              <w:t>备案编号</w:t>
            </w:r>
          </w:p>
        </w:tc>
        <w:tc>
          <w:tcPr>
            <w:tcW w:type="dxa" w:w="7688"/>
            <w:gridSpan w:val="3"/>
            <w:vAlign w:val="center"/>
          </w:tcPr>
          <w:p>
            <w:pPr>
              <w:spacing/>
              <w:jc w:val="center"/>
            </w:pPr>
            <w:r/>
            <w:r>
              <w:rPr>
                <w:rFonts w:ascii="Times New Roman" w:hAnsi="Times New Roman" w:eastAsia="宋体"/>
                <w:sz w:val="21"/>
              </w:rPr>
              <w:t>370911-2026-035-H</w:t>
            </w:r>
          </w:p>
        </w:tc>
      </w:tr>
      <w:tr>
        <w:trPr>
          <w:trHeight w:val="592" w:hRule="atLeast"/>
        </w:trPr>
        <w:tc>
          <w:tcPr>
            <w:tcW w:type="dxa" w:w="1291"/>
            <w:vAlign w:val="center"/>
          </w:tcPr>
          <w:p>
            <w:pPr>
              <w:spacing/>
              <w:jc w:val="center"/>
            </w:pPr>
            <w:r/>
            <w:r>
              <w:rPr>
                <w:rFonts w:ascii="Times New Roman" w:hAnsi="Times New Roman" w:eastAsia="宋体"/>
                <w:sz w:val="21"/>
              </w:rPr>
              <w:t>报送单位</w:t>
            </w:r>
          </w:p>
        </w:tc>
        <w:tc>
          <w:tcPr>
            <w:tcW w:type="dxa" w:w="7688"/>
            <w:gridSpan w:val="3"/>
            <w:vAlign w:val="center"/>
          </w:tcPr>
          <w:p>
            <w:pPr>
              <w:spacing/>
              <w:jc w:val="center"/>
            </w:pPr>
            <w:r/>
            <w:r>
              <w:rPr>
                <w:rFonts w:ascii="Times New Roman" w:hAnsi="Times New Roman" w:eastAsia="宋体"/>
                <w:sz w:val="21"/>
              </w:rPr>
              <w:t>泰安示例新材料科技有限公司</w:t>
            </w:r>
          </w:p>
        </w:tc>
      </w:tr>
      <w:tr>
        <w:trPr>
          <w:trHeight w:val="964" w:hRule="atLeast"/>
        </w:trPr>
        <w:tc>
          <w:tcPr>
            <w:tcW w:type="dxa" w:w="1291"/>
            <w:vAlign w:val="center"/>
          </w:tcPr>
          <w:p>
            <w:pPr>
              <w:spacing w:before="0" w:after="0"/>
              <w:jc w:val="center"/>
              <w:rPr>
                <w:rFonts w:ascii="Times New Roman" w:hAnsi="Times New Roman" w:cs="Times New Roman" w:eastAsia="宋体"/>
                <w:sz w:val="21"/>
                <w:szCs w:val="21"/>
              </w:rPr>
            </w:pPr>
            <w:r>
              <w:rPr>
                <w:rFonts w:ascii="Times New Roman" w:hAnsi="Times New Roman" w:eastAsia="宋体"/>
                <w:sz w:val="21"/>
              </w:rPr>
              <w:t>受理部门</w:t>
            </w:r>
          </w:p>
          <w:p>
            <w:pPr>
              <w:spacing w:before="0" w:after="0"/>
              <w:jc w:val="center"/>
              <w:rPr>
                <w:rFonts w:ascii="Times New Roman" w:hAnsi="Times New Roman" w:cs="Times New Roman" w:eastAsia="宋体"/>
                <w:sz w:val="21"/>
                <w:szCs w:val="21"/>
              </w:rPr>
            </w:pPr>
            <w:r>
              <w:rPr>
                <w:rFonts w:ascii="Times New Roman" w:hAnsi="Times New Roman" w:eastAsia="宋体"/>
                <w:sz w:val="21"/>
              </w:rPr>
              <w:t>负责人</w:t>
            </w:r>
          </w:p>
        </w:tc>
        <w:tc>
          <w:tcPr>
            <w:tcW w:type="dxa" w:w="3066"/>
            <w:vAlign w:val="center"/>
          </w:tcPr>
          <w:p>
            <w:pPr>
              <w:spacing/>
              <w:jc w:val="center"/>
            </w:pPr>
            <w:r/>
            <w:r>
              <w:rPr>
                <w:rFonts w:ascii="Times New Roman" w:hAnsi="Times New Roman" w:eastAsia="宋体"/>
                <w:sz w:val="21"/>
                <w:color w:val="C00000"/>
              </w:rPr>
              <w:t>【待用户填：受理部门负责人】</w:t>
            </w:r>
          </w:p>
        </w:tc>
        <w:tc>
          <w:tcPr>
            <w:tcW w:type="dxa" w:w="1613"/>
            <w:vAlign w:val="center"/>
          </w:tcPr>
          <w:p>
            <w:pPr>
              <w:spacing/>
              <w:jc w:val="center"/>
            </w:pPr>
            <w:r/>
            <w:r>
              <w:rPr>
                <w:rFonts w:ascii="Times New Roman" w:hAnsi="Times New Roman" w:eastAsia="宋体"/>
                <w:sz w:val="21"/>
              </w:rPr>
              <w:t>经办人</w:t>
            </w:r>
          </w:p>
        </w:tc>
        <w:tc>
          <w:tcPr>
            <w:tcW w:type="dxa" w:w="3009"/>
            <w:vAlign w:val="center"/>
          </w:tcPr>
          <w:p>
            <w:pPr>
              <w:spacing/>
              <w:jc w:val="center"/>
            </w:pPr>
            <w:r/>
            <w:r>
              <w:rPr>
                <w:rFonts w:ascii="Times New Roman" w:hAnsi="Times New Roman" w:eastAsia="宋体"/>
                <w:sz w:val="21"/>
                <w:color w:val="C00000"/>
              </w:rPr>
              <w:t>【待用户填：经办人】</w:t>
            </w:r>
          </w:p>
        </w:tc>
      </w:tr>
    </w:tbl>
    <w:p>
      <w:pPr>
        <w:spacing w:line="240" w:lineRule="auto" w:before="0" w:after="0"/>
        <w:jc w:val="both"/>
      </w:pPr>
      <w:r>
        <w:rPr>
          <w:rFonts w:ascii="宋体" w:hAnsi="宋体" w:eastAsia="宋体"/>
          <w:spacing w:val="15"/>
          <w:sz w:val="24"/>
        </w:rPr>
        <w:t>注：备案编号由企业所在地县级行政区划代码、年份、流水号、企业环境风险级别（一般L、较大M、重大H）及跨区域（T）表征字母组成。例如，河北省永年县**重大环境风险非跨区域企业环境应急预案2015年备案，是永年县环境保护局当年受理的第26个备案，则编号为：130429-2015-026-H；如果是跨区域的企业，则编号为：130429-2015-026-HT。</w:t>
      </w:r>
    </w:p>
    <w:sectPr w:rsidR="00FC693F" w:rsidRPr="0006063C" w:rsidSect="00034616">
      <w:headerReference w:type="first" r:id="rId9"/>
      <w:headerReference w:type="default" r:id="rId10"/>
      <w:footerReference w:type="first" r:id="rId11"/>
      <w:footerReference w:type="default" r:id="rId12"/>
      <w:pgSz w:w="11906" w:h="16838"/>
      <w:pgMar w:top="1440" w:right="1800" w:bottom="1440" w:left="1800" w:header="0" w:footer="0" w:gutter="0"/>
      <w:cols w:space="720"/>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宋体">
    <w:panose1 w:val="02010600030101010101"/>
    <w:charset w:val="86"/>
    <w:family w:val="auto"/>
    <w:pitch w:val="variable"/>
    <w:sig w:usb0="00000003" w:usb1="080E0000" w:usb2="00000010" w:usb3="00000000" w:csb0="00040001" w:csb1="00000000"/>
  </w:font>
  <w:font w:name="黑体">
    <w:panose1 w:val="02010609060101010101"/>
    <w:charset w:val="86"/>
    <w:family w:val="auto"/>
    <w:pitch w:val="variable"/>
    <w:sig w:usb0="800002BF" w:usb1="38CF7CFA" w:usb2="00000016" w:usb3="00000000" w:csb0="00040001"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updateFields w:val="true"/>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imes New Roman" w:hAnsi="Times New Roman" w:eastAsia="黑体" w:cs="Times New Roman"/>
      <w:b/>
      <w:bCs/>
      <w:sz w:val="36"/>
      <w:szCs w:val="36"/>
      <w:color w:val="000000"/>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imes New Roman" w:hAnsi="Times New Roman" w:eastAsia="黑体" w:cs="Times New Roman"/>
      <w:b/>
      <w:bCs/>
      <w:sz w:val="30"/>
      <w:szCs w:val="30"/>
      <w:color w:val="000000"/>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imes New Roman" w:hAnsi="Times New Roman" w:eastAsia="黑体" w:cs="Times New Roman"/>
      <w:b/>
      <w:bCs/>
      <w:sz w:val="26"/>
      <w:szCs w:val="26"/>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宋体" w:hAnsi="Times New Roman" w:cs="Times New Roman"/>
      <w:sz w:val="20"/>
      <w:szCs w:val="20"/>
    </w:rPr>
  </w:style>
  <w:style w:type="character" w:customStyle="1" w:styleId="MacroTextChar">
    <w:name w:val="Macro Text Char"/>
    <w:basedOn w:val="DefaultParagraphFont"/>
    <w:link w:val="MacroText"/>
    <w:uiPriority w:val="99"/>
    <w:rsid w:val="0029639D"/>
    <w:rPr>
      <w:rFonts w:ascii="Times New Roman" w:eastAsia="宋体" w:hAnsi="Times New Roman" w:cs="Times New Roman"/>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宋体" w:hAnsi="Times New Roman" w:cs="Times New Roman"/>
      <w:sz w:val="20"/>
      <w:szCs w:val="20"/>
    </w:rPr>
  </w:style>
  <w:style w:type="character" w:customStyle="1" w:styleId="MacroTextChar">
    <w:name w:val="Macro Text Char"/>
    <w:basedOn w:val="DefaultParagraphFont"/>
    <w:link w:val="MacroText"/>
    <w:uiPriority w:val="99"/>
    <w:rsid w:val="0029639D"/>
    <w:rPr>
      <w:rFonts w:ascii="Times New Roman" w:eastAsia="宋体" w:hAnsi="Times New Roman" w:cs="Times New Roman"/>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宋体"/>
        <a:cs typeface="Times New Roman"/>
        <a:font script="Hans" typeface="宋体"/>
      </a:majorFont>
      <a:minorFont>
        <a:latin typeface="Times New Roman"/>
        <a:ea typeface="宋体"/>
        <a:cs typeface="Times New Roman"/>
        <a:font script="Hans" typeface="宋体"/>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